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1E60B" w14:textId="4A37C194" w:rsidR="00A31428" w:rsidRPr="005477F4" w:rsidRDefault="00000000">
      <w:pPr>
        <w:pStyle w:val="Title"/>
        <w:jc w:val="center"/>
        <w:rPr>
          <w:b/>
          <w:bCs/>
          <w:sz w:val="32"/>
          <w:szCs w:val="32"/>
        </w:rPr>
      </w:pPr>
      <w:r w:rsidRPr="005477F4">
        <w:rPr>
          <w:b/>
          <w:bCs/>
          <w:sz w:val="32"/>
          <w:szCs w:val="32"/>
        </w:rPr>
        <w:t>Become a TIRF Influencer: Join Our Global Community</w:t>
      </w:r>
    </w:p>
    <w:p w14:paraId="19B2FBEE" w14:textId="77777777" w:rsidR="00A31428" w:rsidRDefault="00000000">
      <w:r>
        <w:rPr>
          <w:b/>
        </w:rPr>
        <w:t>Help expand awareness of research, funding opportunities, publications, webinars, conferences, and other initiatives that advance English language education worldwide.</w:t>
      </w:r>
      <w:r>
        <w:rPr>
          <w:b/>
        </w:rPr>
        <w:br/>
      </w:r>
      <w:r>
        <w:rPr>
          <w:b/>
        </w:rPr>
        <w:br/>
      </w:r>
      <w:r>
        <w:t>TIRF Influencers connect educators, researchers, and professionals with valuable resources while supporting TIRF's mission. Participation is voluntary and flexible, allowing you to contribute in ways that match your interests, expertise, and availability.</w:t>
      </w:r>
    </w:p>
    <w:p w14:paraId="02779B54" w14:textId="77777777" w:rsidR="00A31428" w:rsidRDefault="00000000">
      <w:pPr>
        <w:pStyle w:val="Heading1"/>
      </w:pPr>
      <w:r>
        <w:t>Tell Us About Yourself</w:t>
      </w:r>
    </w:p>
    <w:p w14:paraId="6C9CC610" w14:textId="18E7517D" w:rsidR="000B2219" w:rsidRDefault="006B434A" w:rsidP="000B2219">
      <w:r>
        <w:t xml:space="preserve">Full Name: </w:t>
      </w:r>
      <w:sdt>
        <w:sdtPr>
          <w:alias w:val="FullName"/>
          <w:tag w:val="fullname"/>
          <w:id w:val="-2049909381"/>
          <w:placeholder>
            <w:docPart w:val="8C4EC1AEBEFF41CEB290155A9CA2A0AC"/>
          </w:placeholder>
          <w:showingPlcHdr/>
        </w:sdtPr>
        <w:sdtContent>
          <w:r w:rsidR="00C23428" w:rsidRPr="00C23428">
            <w:rPr>
              <w:rStyle w:val="PlaceholderText"/>
            </w:rPr>
            <w:t>Click to enter your full name</w:t>
          </w:r>
        </w:sdtContent>
      </w:sdt>
    </w:p>
    <w:p w14:paraId="149ED053" w14:textId="7D2DF2F6" w:rsidR="00A31428" w:rsidRDefault="00000000">
      <w:r>
        <w:t xml:space="preserve">Preferred Name (Optional): </w:t>
      </w:r>
      <w:sdt>
        <w:sdtPr>
          <w:alias w:val="PreferredName"/>
          <w:tag w:val="preferredname"/>
          <w:id w:val="1699745288"/>
          <w:placeholder>
            <w:docPart w:val="091176B089354926A74D998ECB58FA91"/>
          </w:placeholder>
          <w:showingPlcHdr/>
        </w:sdtPr>
        <w:sdtContent>
          <w:r w:rsidR="00C23428" w:rsidRPr="00C23428">
            <w:rPr>
              <w:rStyle w:val="PlaceholderText"/>
            </w:rPr>
            <w:t>Click to enter your preferred name (if any)</w:t>
          </w:r>
        </w:sdtContent>
      </w:sdt>
    </w:p>
    <w:p w14:paraId="2BAABA39" w14:textId="66CEBD4D" w:rsidR="00A31428" w:rsidRDefault="00000000">
      <w:r>
        <w:t xml:space="preserve">Professional Title: </w:t>
      </w:r>
      <w:sdt>
        <w:sdtPr>
          <w:alias w:val="ProfessionalTitle"/>
          <w:tag w:val="ProfessionalTitle"/>
          <w:id w:val="-647824877"/>
          <w:placeholder>
            <w:docPart w:val="E68CED9CFDD1433FA73BB084DF9951E3"/>
          </w:placeholder>
          <w:showingPlcHdr/>
          <w:text/>
        </w:sdtPr>
        <w:sdtContent>
          <w:r w:rsidR="00540097">
            <w:rPr>
              <w:rStyle w:val="PlaceholderText"/>
            </w:rPr>
            <w:t>Click to e</w:t>
          </w:r>
          <w:r w:rsidR="00540097" w:rsidRPr="006B434A">
            <w:rPr>
              <w:rStyle w:val="PlaceholderText"/>
            </w:rPr>
            <w:t>nter your</w:t>
          </w:r>
          <w:r w:rsidR="00540097">
            <w:rPr>
              <w:rStyle w:val="PlaceholderText"/>
            </w:rPr>
            <w:t xml:space="preserve"> professional title</w:t>
          </w:r>
        </w:sdtContent>
      </w:sdt>
    </w:p>
    <w:p w14:paraId="4FB6EDC7" w14:textId="24412F95" w:rsidR="00A31428" w:rsidRDefault="00000000">
      <w:r>
        <w:t xml:space="preserve">Affiliation or Organization: </w:t>
      </w:r>
      <w:sdt>
        <w:sdtPr>
          <w:alias w:val="CurrentAffiliation"/>
          <w:tag w:val="CurrentAffiliation"/>
          <w:id w:val="-1944836002"/>
          <w:placeholder>
            <w:docPart w:val="D802099BC674467786B65378AD081468"/>
          </w:placeholder>
          <w:showingPlcHdr/>
        </w:sdtPr>
        <w:sdtContent>
          <w:r w:rsidR="00A238F2">
            <w:rPr>
              <w:rStyle w:val="PlaceholderText"/>
            </w:rPr>
            <w:t>Click to e</w:t>
          </w:r>
          <w:r w:rsidR="00A238F2" w:rsidRPr="006B434A">
            <w:rPr>
              <w:rStyle w:val="PlaceholderText"/>
            </w:rPr>
            <w:t xml:space="preserve">nter your </w:t>
          </w:r>
          <w:r w:rsidR="008B2AFB">
            <w:rPr>
              <w:rStyle w:val="PlaceholderText"/>
            </w:rPr>
            <w:t xml:space="preserve">current </w:t>
          </w:r>
          <w:r w:rsidR="00A238F2">
            <w:rPr>
              <w:rStyle w:val="PlaceholderText"/>
            </w:rPr>
            <w:t>affiliation or organization</w:t>
          </w:r>
        </w:sdtContent>
      </w:sdt>
    </w:p>
    <w:p w14:paraId="37CCD9AA" w14:textId="73CB1D39" w:rsidR="00A31428" w:rsidRDefault="00000000">
      <w:r>
        <w:t xml:space="preserve">Email Address: </w:t>
      </w:r>
      <w:sdt>
        <w:sdtPr>
          <w:alias w:val="EmailAddr"/>
          <w:tag w:val="EmailAddr"/>
          <w:id w:val="775835881"/>
          <w:placeholder>
            <w:docPart w:val="F5D937E34E5F4BD188EF06C723C58624"/>
          </w:placeholder>
          <w:showingPlcHdr/>
        </w:sdtPr>
        <w:sdtContent>
          <w:r w:rsidR="008B2AFB">
            <w:rPr>
              <w:rStyle w:val="PlaceholderText"/>
            </w:rPr>
            <w:t>Click to e</w:t>
          </w:r>
          <w:r w:rsidR="008B2AFB" w:rsidRPr="006B434A">
            <w:rPr>
              <w:rStyle w:val="PlaceholderText"/>
            </w:rPr>
            <w:t>nter your</w:t>
          </w:r>
          <w:r w:rsidR="008B2AFB">
            <w:rPr>
              <w:rStyle w:val="PlaceholderText"/>
            </w:rPr>
            <w:t xml:space="preserve"> email address</w:t>
          </w:r>
        </w:sdtContent>
      </w:sdt>
    </w:p>
    <w:p w14:paraId="48C71797" w14:textId="522D1974" w:rsidR="00A31428" w:rsidRDefault="00000000">
      <w:r>
        <w:t xml:space="preserve">Where are you currently based? </w:t>
      </w:r>
      <w:sdt>
        <w:sdtPr>
          <w:alias w:val="BaseLocation"/>
          <w:tag w:val="BaseLocation"/>
          <w:id w:val="973956895"/>
          <w:placeholder>
            <w:docPart w:val="D8A03FE629B54707A06DF17E1EC730E5"/>
          </w:placeholder>
          <w:showingPlcHdr/>
        </w:sdtPr>
        <w:sdtContent>
          <w:r w:rsidR="008B2AFB">
            <w:rPr>
              <w:rStyle w:val="PlaceholderText"/>
            </w:rPr>
            <w:t>Click to e</w:t>
          </w:r>
          <w:r w:rsidR="008B2AFB" w:rsidRPr="006B434A">
            <w:rPr>
              <w:rStyle w:val="PlaceholderText"/>
            </w:rPr>
            <w:t>nter your</w:t>
          </w:r>
          <w:r w:rsidR="008B2AFB">
            <w:rPr>
              <w:rStyle w:val="PlaceholderText"/>
            </w:rPr>
            <w:t xml:space="preserve"> country or territory</w:t>
          </w:r>
        </w:sdtContent>
      </w:sdt>
    </w:p>
    <w:p w14:paraId="18E0C49D" w14:textId="77777777" w:rsidR="00A31428" w:rsidRDefault="00000000">
      <w:pPr>
        <w:pStyle w:val="Heading1"/>
      </w:pPr>
      <w:r>
        <w:t>Your Professional Profile</w:t>
      </w:r>
    </w:p>
    <w:p w14:paraId="01E37CD4" w14:textId="273659D3" w:rsidR="00A31428" w:rsidRDefault="00000000">
      <w:r>
        <w:t xml:space="preserve">LinkedIn Profile URL: </w:t>
      </w:r>
      <w:sdt>
        <w:sdtPr>
          <w:alias w:val="LinkedInProfile"/>
          <w:tag w:val="LinkedInProfile"/>
          <w:id w:val="-380252288"/>
          <w:placeholder>
            <w:docPart w:val="DD3B52EC54B1444499FC99ECE304F8C0"/>
          </w:placeholder>
          <w:showingPlcHdr/>
        </w:sdtPr>
        <w:sdtContent>
          <w:r w:rsidR="00C474BD">
            <w:rPr>
              <w:rStyle w:val="PlaceholderText"/>
            </w:rPr>
            <w:t>Click to e</w:t>
          </w:r>
          <w:r w:rsidR="00C474BD" w:rsidRPr="006B434A">
            <w:rPr>
              <w:rStyle w:val="PlaceholderText"/>
            </w:rPr>
            <w:t>nter your</w:t>
          </w:r>
          <w:r w:rsidR="00C474BD">
            <w:rPr>
              <w:rStyle w:val="PlaceholderText"/>
            </w:rPr>
            <w:t xml:space="preserve"> LinkedIn Profile page link</w:t>
          </w:r>
        </w:sdtContent>
      </w:sdt>
    </w:p>
    <w:p w14:paraId="0F387090" w14:textId="6B20AF98" w:rsidR="00A31428" w:rsidRDefault="00000000">
      <w:r>
        <w:t xml:space="preserve">Facebook Profile URL: </w:t>
      </w:r>
      <w:sdt>
        <w:sdtPr>
          <w:alias w:val="FacebookProfile"/>
          <w:tag w:val="FacebookProfile"/>
          <w:id w:val="-12692809"/>
          <w:placeholder>
            <w:docPart w:val="1E15687DBC9D4568BC6D4D05372502A6"/>
          </w:placeholder>
          <w:showingPlcHdr/>
        </w:sdtPr>
        <w:sdtContent>
          <w:r w:rsidR="00C474BD">
            <w:rPr>
              <w:rStyle w:val="PlaceholderText"/>
            </w:rPr>
            <w:t>Click to e</w:t>
          </w:r>
          <w:r w:rsidR="00C474BD" w:rsidRPr="006B434A">
            <w:rPr>
              <w:rStyle w:val="PlaceholderText"/>
            </w:rPr>
            <w:t>nter your</w:t>
          </w:r>
          <w:r w:rsidR="00C474BD">
            <w:rPr>
              <w:rStyle w:val="PlaceholderText"/>
            </w:rPr>
            <w:t xml:space="preserve"> Facebook Profile page link</w:t>
          </w:r>
        </w:sdtContent>
      </w:sdt>
    </w:p>
    <w:p w14:paraId="12D4CD47" w14:textId="5FFD400B" w:rsidR="00FE2CA2" w:rsidRDefault="00000000">
      <w:r>
        <w:t xml:space="preserve">Other Professional Social Media Accounts: </w:t>
      </w:r>
      <w:sdt>
        <w:sdtPr>
          <w:alias w:val="OtherSocialAcc"/>
          <w:tag w:val="Others"/>
          <w:id w:val="888452960"/>
          <w:placeholder>
            <w:docPart w:val="D707A285EDFA47F2B395FE3A71620902"/>
          </w:placeholder>
          <w:showingPlcHdr/>
        </w:sdtPr>
        <w:sdtContent>
          <w:r w:rsidR="00225447">
            <w:rPr>
              <w:rStyle w:val="PlaceholderText"/>
            </w:rPr>
            <w:t>Click to e</w:t>
          </w:r>
          <w:r w:rsidR="00225447" w:rsidRPr="006B434A">
            <w:rPr>
              <w:rStyle w:val="PlaceholderText"/>
            </w:rPr>
            <w:t>nter your</w:t>
          </w:r>
          <w:r w:rsidR="00225447">
            <w:rPr>
              <w:rStyle w:val="PlaceholderText"/>
            </w:rPr>
            <w:t xml:space="preserve"> other </w:t>
          </w:r>
          <w:r w:rsidR="009F2B34">
            <w:rPr>
              <w:rStyle w:val="PlaceholderText"/>
            </w:rPr>
            <w:t xml:space="preserve">professional </w:t>
          </w:r>
          <w:r w:rsidR="00225447">
            <w:rPr>
              <w:rStyle w:val="PlaceholderText"/>
            </w:rPr>
            <w:t>social</w:t>
          </w:r>
          <w:r w:rsidR="009F2B34">
            <w:rPr>
              <w:rStyle w:val="PlaceholderText"/>
            </w:rPr>
            <w:t xml:space="preserve"> media</w:t>
          </w:r>
          <w:r w:rsidR="00225447">
            <w:rPr>
              <w:rStyle w:val="PlaceholderText"/>
            </w:rPr>
            <w:t xml:space="preserve"> page link(s) </w:t>
          </w:r>
        </w:sdtContent>
      </w:sdt>
    </w:p>
    <w:p w14:paraId="3EBD6DEC" w14:textId="77777777" w:rsidR="00FE2CA2" w:rsidRDefault="00000000" w:rsidP="00FE2CA2">
      <w:r>
        <w:t xml:space="preserve">Professional Website, ORCID, ResearchGate, or Other Profile: </w:t>
      </w:r>
    </w:p>
    <w:sdt>
      <w:sdtPr>
        <w:alias w:val="OtherSites"/>
        <w:tag w:val="OtherSites"/>
        <w:id w:val="-1164233293"/>
        <w:placeholder>
          <w:docPart w:val="03C2189C47054A019E897BDB2B942CB4"/>
        </w:placeholder>
        <w:showingPlcHdr/>
      </w:sdtPr>
      <w:sdtContent>
        <w:p w14:paraId="3DDDA9E4" w14:textId="118EE082" w:rsidR="00A31428" w:rsidRDefault="00225447">
          <w:r>
            <w:rPr>
              <w:rStyle w:val="PlaceholderText"/>
            </w:rPr>
            <w:t>Click to e</w:t>
          </w:r>
          <w:r w:rsidRPr="006B434A">
            <w:rPr>
              <w:rStyle w:val="PlaceholderText"/>
            </w:rPr>
            <w:t>nter your</w:t>
          </w:r>
          <w:r>
            <w:rPr>
              <w:rStyle w:val="PlaceholderText"/>
            </w:rPr>
            <w:t xml:space="preserve"> other </w:t>
          </w:r>
          <w:r w:rsidR="009F2B34">
            <w:rPr>
              <w:rStyle w:val="PlaceholderText"/>
            </w:rPr>
            <w:t>professional site</w:t>
          </w:r>
          <w:r>
            <w:rPr>
              <w:rStyle w:val="PlaceholderText"/>
            </w:rPr>
            <w:t>(s)</w:t>
          </w:r>
        </w:p>
      </w:sdtContent>
    </w:sdt>
    <w:p w14:paraId="7BCB646C" w14:textId="77777777" w:rsidR="00A31428" w:rsidRDefault="00000000">
      <w:pPr>
        <w:pStyle w:val="Heading1"/>
      </w:pPr>
      <w:r>
        <w:t>Your Interests</w:t>
      </w:r>
    </w:p>
    <w:p w14:paraId="44D876D9" w14:textId="77777777" w:rsidR="00A31428" w:rsidRDefault="00000000">
      <w:r>
        <w:t>Which best describes your professional role? (Select all that apply)</w:t>
      </w:r>
    </w:p>
    <w:p w14:paraId="3F544729" w14:textId="2A0355C8" w:rsidR="00A31428" w:rsidRDefault="00000000">
      <w:sdt>
        <w:sdtPr>
          <w:id w:val="439804715"/>
          <w14:checkbox>
            <w14:checked w14:val="0"/>
            <w14:checkedState w14:val="221A" w14:font="Univers"/>
            <w14:uncheckedState w14:val="2610" w14:font="MS Gothic"/>
          </w14:checkbox>
        </w:sdtPr>
        <w:sdtContent>
          <w:r w:rsidR="009F2B34">
            <w:rPr>
              <w:rFonts w:ascii="MS Gothic" w:eastAsia="MS Gothic" w:hAnsi="MS Gothic" w:hint="eastAsia"/>
            </w:rPr>
            <w:t>☐</w:t>
          </w:r>
        </w:sdtContent>
      </w:sdt>
      <w:r w:rsidR="00FF14C7">
        <w:t>Researcher</w:t>
      </w:r>
    </w:p>
    <w:p w14:paraId="1F3AD20E" w14:textId="379899ED" w:rsidR="00A31428" w:rsidRDefault="00000000">
      <w:sdt>
        <w:sdtPr>
          <w:id w:val="-579590118"/>
          <w14:checkbox>
            <w14:checked w14:val="0"/>
            <w14:checkedState w14:val="221A" w14:font="Univers"/>
            <w14:uncheckedState w14:val="2610" w14:font="MS Gothic"/>
          </w14:checkbox>
        </w:sdtPr>
        <w:sdtContent>
          <w:r w:rsidR="00436D4D">
            <w:rPr>
              <w:rFonts w:ascii="MS Gothic" w:eastAsia="MS Gothic" w:hAnsi="MS Gothic" w:hint="eastAsia"/>
            </w:rPr>
            <w:t>☐</w:t>
          </w:r>
        </w:sdtContent>
      </w:sdt>
      <w:r w:rsidR="00436D4D">
        <w:rPr>
          <w:rFonts w:ascii="MS Gothic" w:eastAsia="MS Gothic" w:hAnsi="MS Gothic" w:hint="eastAsia"/>
        </w:rPr>
        <w:t xml:space="preserve"> </w:t>
      </w:r>
      <w:r w:rsidR="00FF14C7">
        <w:t>Classroom Teacher</w:t>
      </w:r>
    </w:p>
    <w:p w14:paraId="2E99149D" w14:textId="1D59AEBB" w:rsidR="00A31428" w:rsidRDefault="00000000">
      <w:sdt>
        <w:sdtPr>
          <w:id w:val="1080095311"/>
          <w14:checkbox>
            <w14:checked w14:val="0"/>
            <w14:checkedState w14:val="221A" w14:font="Univers"/>
            <w14:uncheckedState w14:val="2610" w14:font="MS Gothic"/>
          </w14:checkbox>
        </w:sdtPr>
        <w:sdtContent>
          <w:r w:rsidR="00436D4D">
            <w:rPr>
              <w:rFonts w:ascii="MS Gothic" w:eastAsia="MS Gothic" w:hAnsi="MS Gothic" w:hint="eastAsia"/>
            </w:rPr>
            <w:t>☐</w:t>
          </w:r>
        </w:sdtContent>
      </w:sdt>
      <w:r w:rsidR="00436D4D">
        <w:t xml:space="preserve"> </w:t>
      </w:r>
      <w:r w:rsidR="00FF14C7">
        <w:t>Teacher Educator</w:t>
      </w:r>
    </w:p>
    <w:p w14:paraId="41B8A759" w14:textId="0AB59260" w:rsidR="00A31428" w:rsidRDefault="00000000">
      <w:sdt>
        <w:sdtPr>
          <w:id w:val="-1288499605"/>
          <w14:checkbox>
            <w14:checked w14:val="0"/>
            <w14:checkedState w14:val="221A" w14:font="Univers"/>
            <w14:uncheckedState w14:val="2610" w14:font="MS Gothic"/>
          </w14:checkbox>
        </w:sdtPr>
        <w:sdtContent>
          <w:r w:rsidR="00436D4D">
            <w:rPr>
              <w:rFonts w:ascii="MS Gothic" w:eastAsia="MS Gothic" w:hAnsi="MS Gothic" w:hint="eastAsia"/>
            </w:rPr>
            <w:t>☐</w:t>
          </w:r>
        </w:sdtContent>
      </w:sdt>
      <w:r w:rsidR="00436D4D">
        <w:t xml:space="preserve"> </w:t>
      </w:r>
      <w:r w:rsidR="00FF14C7">
        <w:t>Student</w:t>
      </w:r>
    </w:p>
    <w:p w14:paraId="63F8D2C7" w14:textId="0D174581" w:rsidR="00A31428" w:rsidRDefault="00000000">
      <w:sdt>
        <w:sdtPr>
          <w:id w:val="-2007437263"/>
          <w14:checkbox>
            <w14:checked w14:val="0"/>
            <w14:checkedState w14:val="221A" w14:font="Univers"/>
            <w14:uncheckedState w14:val="2610" w14:font="MS Gothic"/>
          </w14:checkbox>
        </w:sdtPr>
        <w:sdtContent>
          <w:r w:rsidR="00436D4D">
            <w:rPr>
              <w:rFonts w:ascii="MS Gothic" w:eastAsia="MS Gothic" w:hAnsi="MS Gothic" w:hint="eastAsia"/>
            </w:rPr>
            <w:t>☐</w:t>
          </w:r>
        </w:sdtContent>
      </w:sdt>
      <w:r w:rsidR="00436D4D">
        <w:t xml:space="preserve"> </w:t>
      </w:r>
      <w:r w:rsidR="00FF14C7">
        <w:t>Program Administrator</w:t>
      </w:r>
    </w:p>
    <w:p w14:paraId="5BBB0724" w14:textId="31E2A779" w:rsidR="00A31428" w:rsidRDefault="00000000">
      <w:sdt>
        <w:sdtPr>
          <w:id w:val="1423218034"/>
          <w14:checkbox>
            <w14:checked w14:val="0"/>
            <w14:checkedState w14:val="221A" w14:font="Univers"/>
            <w14:uncheckedState w14:val="2610" w14:font="MS Gothic"/>
          </w14:checkbox>
        </w:sdtPr>
        <w:sdtContent>
          <w:r w:rsidR="00436D4D">
            <w:rPr>
              <w:rFonts w:ascii="MS Gothic" w:eastAsia="MS Gothic" w:hAnsi="MS Gothic" w:hint="eastAsia"/>
            </w:rPr>
            <w:t>☐</w:t>
          </w:r>
        </w:sdtContent>
      </w:sdt>
      <w:r w:rsidR="00436D4D">
        <w:t xml:space="preserve"> </w:t>
      </w:r>
      <w:r w:rsidR="00FF14C7">
        <w:t>Professional Association Representative</w:t>
      </w:r>
    </w:p>
    <w:p w14:paraId="310DCAAB" w14:textId="417296FA" w:rsidR="00A31428" w:rsidRDefault="00000000">
      <w:sdt>
        <w:sdtPr>
          <w:id w:val="1301811902"/>
          <w14:checkbox>
            <w14:checked w14:val="0"/>
            <w14:checkedState w14:val="221A" w14:font="Univers"/>
            <w14:uncheckedState w14:val="2610" w14:font="MS Gothic"/>
          </w14:checkbox>
        </w:sdtPr>
        <w:sdtContent>
          <w:r w:rsidR="00436D4D">
            <w:rPr>
              <w:rFonts w:ascii="MS Gothic" w:eastAsia="MS Gothic" w:hAnsi="MS Gothic" w:hint="eastAsia"/>
            </w:rPr>
            <w:t>☐</w:t>
          </w:r>
        </w:sdtContent>
      </w:sdt>
      <w:r w:rsidR="00436D4D">
        <w:t xml:space="preserve"> </w:t>
      </w:r>
      <w:r w:rsidR="00FF14C7">
        <w:t>Educational Organization Representative</w:t>
      </w:r>
    </w:p>
    <w:p w14:paraId="7924CCBF" w14:textId="05483A46" w:rsidR="00A31428" w:rsidRDefault="00000000">
      <w:sdt>
        <w:sdtPr>
          <w:id w:val="-1296595228"/>
          <w14:checkbox>
            <w14:checked w14:val="0"/>
            <w14:checkedState w14:val="221A" w14:font="Univers"/>
            <w14:uncheckedState w14:val="2610" w14:font="MS Gothic"/>
          </w14:checkbox>
        </w:sdtPr>
        <w:sdtContent>
          <w:r w:rsidR="00436D4D">
            <w:rPr>
              <w:rFonts w:ascii="MS Gothic" w:eastAsia="MS Gothic" w:hAnsi="MS Gothic" w:hint="eastAsia"/>
            </w:rPr>
            <w:t>☐</w:t>
          </w:r>
        </w:sdtContent>
      </w:sdt>
      <w:r w:rsidR="00436D4D">
        <w:t xml:space="preserve"> </w:t>
      </w:r>
      <w:r w:rsidR="00FF14C7">
        <w:t>Language Education Content Creator</w:t>
      </w:r>
    </w:p>
    <w:p w14:paraId="13CFB84C" w14:textId="68A86127" w:rsidR="00A31428" w:rsidRDefault="00000000">
      <w:sdt>
        <w:sdtPr>
          <w:id w:val="1109392143"/>
          <w14:checkbox>
            <w14:checked w14:val="0"/>
            <w14:checkedState w14:val="221A" w14:font="Univers"/>
            <w14:uncheckedState w14:val="2610" w14:font="MS Gothic"/>
          </w14:checkbox>
        </w:sdtPr>
        <w:sdtContent>
          <w:r w:rsidR="00436D4D">
            <w:rPr>
              <w:rFonts w:ascii="MS Gothic" w:eastAsia="MS Gothic" w:hAnsi="MS Gothic" w:hint="eastAsia"/>
            </w:rPr>
            <w:t>☐</w:t>
          </w:r>
        </w:sdtContent>
      </w:sdt>
      <w:r w:rsidR="00436D4D">
        <w:t xml:space="preserve"> </w:t>
      </w:r>
      <w:r w:rsidR="00FF14C7">
        <w:t xml:space="preserve">Other: </w:t>
      </w:r>
      <w:sdt>
        <w:sdtPr>
          <w:alias w:val="ProfessionalRoleOther"/>
          <w:tag w:val="ProfessionalRoleOther"/>
          <w:id w:val="2093896826"/>
          <w:placeholder>
            <w:docPart w:val="DefaultPlaceholder_-1854013440"/>
          </w:placeholder>
        </w:sdtPr>
        <w:sdtContent>
          <w:r w:rsidR="00E85D1C">
            <w:t>Click to enter your other professional role(s)</w:t>
          </w:r>
        </w:sdtContent>
      </w:sdt>
    </w:p>
    <w:p w14:paraId="22DDE74B" w14:textId="77777777" w:rsidR="00A31428" w:rsidRDefault="00000000">
      <w:r>
        <w:t>Why would you like to become a TIRF Influencer?</w:t>
      </w:r>
    </w:p>
    <w:sdt>
      <w:sdtPr>
        <w:rPr>
          <w:color w:val="7F7F7F" w:themeColor="text1" w:themeTint="80"/>
        </w:rPr>
        <w:alias w:val="motivation"/>
        <w:tag w:val="Motivation"/>
        <w:id w:val="566773816"/>
        <w:placeholder>
          <w:docPart w:val="DefaultPlaceholder_-1854013440"/>
        </w:placeholder>
      </w:sdtPr>
      <w:sdtContent>
        <w:p w14:paraId="12677E85" w14:textId="384767BC" w:rsidR="00A31428" w:rsidRPr="00774EA6" w:rsidRDefault="00A33F41" w:rsidP="00A33F41">
          <w:pPr>
            <w:rPr>
              <w:color w:val="7F7F7F" w:themeColor="text1" w:themeTint="80"/>
            </w:rPr>
          </w:pPr>
          <w:r w:rsidRPr="00774EA6">
            <w:rPr>
              <w:color w:val="7F7F7F" w:themeColor="text1" w:themeTint="80"/>
            </w:rPr>
            <w:t xml:space="preserve">Click to </w:t>
          </w:r>
          <w:r w:rsidR="0054152E" w:rsidRPr="00774EA6">
            <w:rPr>
              <w:color w:val="7F7F7F" w:themeColor="text1" w:themeTint="80"/>
            </w:rPr>
            <w:t>enter your response</w:t>
          </w:r>
        </w:p>
      </w:sdtContent>
    </w:sdt>
    <w:p w14:paraId="276D81F2" w14:textId="77777777" w:rsidR="00A31428" w:rsidRDefault="00000000">
      <w:r>
        <w:t>Which language(s) would you be comfortable using to share TIRF information?</w:t>
      </w:r>
    </w:p>
    <w:sdt>
      <w:sdtPr>
        <w:rPr>
          <w:color w:val="7F7F7F" w:themeColor="text1" w:themeTint="80"/>
        </w:rPr>
        <w:alias w:val="languages"/>
        <w:tag w:val="languages"/>
        <w:id w:val="-1209181872"/>
        <w:placeholder>
          <w:docPart w:val="DefaultPlaceholder_-1854013440"/>
        </w:placeholder>
      </w:sdtPr>
      <w:sdtContent>
        <w:p w14:paraId="4DCF461A" w14:textId="266356C3" w:rsidR="00A31428" w:rsidRPr="00774EA6" w:rsidRDefault="004B53EE" w:rsidP="004B53EE">
          <w:pPr>
            <w:rPr>
              <w:color w:val="7F7F7F" w:themeColor="text1" w:themeTint="80"/>
            </w:rPr>
          </w:pPr>
          <w:r w:rsidRPr="00774EA6">
            <w:rPr>
              <w:color w:val="7F7F7F" w:themeColor="text1" w:themeTint="80"/>
            </w:rPr>
            <w:t>Click to enter your re</w:t>
          </w:r>
          <w:r w:rsidR="00E54B64" w:rsidRPr="00774EA6">
            <w:rPr>
              <w:color w:val="7F7F7F" w:themeColor="text1" w:themeTint="80"/>
            </w:rPr>
            <w:t>s</w:t>
          </w:r>
          <w:r w:rsidRPr="00774EA6">
            <w:rPr>
              <w:color w:val="7F7F7F" w:themeColor="text1" w:themeTint="80"/>
            </w:rPr>
            <w:t>ponse</w:t>
          </w:r>
        </w:p>
      </w:sdtContent>
    </w:sdt>
    <w:p w14:paraId="23C13155" w14:textId="77777777" w:rsidR="00A31428" w:rsidRDefault="00000000">
      <w:r>
        <w:t>How did you hear about the TIRF Influencer Program? (Optional)</w:t>
      </w:r>
    </w:p>
    <w:sdt>
      <w:sdtPr>
        <w:rPr>
          <w:color w:val="7F7F7F" w:themeColor="text1" w:themeTint="80"/>
        </w:rPr>
        <w:alias w:val="referral_source"/>
        <w:tag w:val="referral_source"/>
        <w:id w:val="1440796260"/>
        <w:placeholder>
          <w:docPart w:val="DefaultPlaceholder_-1854013440"/>
        </w:placeholder>
      </w:sdtPr>
      <w:sdtContent>
        <w:p w14:paraId="0041564A" w14:textId="5BCDDF81" w:rsidR="00A31428" w:rsidRPr="00774EA6" w:rsidRDefault="00E54B64" w:rsidP="00E54B64">
          <w:pPr>
            <w:rPr>
              <w:color w:val="7F7F7F" w:themeColor="text1" w:themeTint="80"/>
            </w:rPr>
          </w:pPr>
          <w:r w:rsidRPr="00774EA6">
            <w:rPr>
              <w:color w:val="7F7F7F" w:themeColor="text1" w:themeTint="80"/>
            </w:rPr>
            <w:t>Click to enter your response</w:t>
          </w:r>
        </w:p>
      </w:sdtContent>
    </w:sdt>
    <w:p w14:paraId="659810F9" w14:textId="77777777" w:rsidR="00A31428" w:rsidRDefault="00000000">
      <w:pPr>
        <w:pStyle w:val="Heading1"/>
      </w:pPr>
      <w:r>
        <w:t>Participation Agreement</w:t>
      </w:r>
    </w:p>
    <w:p w14:paraId="15D0143A" w14:textId="77777777" w:rsidR="00A31428" w:rsidRDefault="00000000">
      <w:r>
        <w:t>Please confirm the following by checking each box:</w:t>
      </w:r>
    </w:p>
    <w:p w14:paraId="6AA4A8EB" w14:textId="41182A82" w:rsidR="00A31428" w:rsidRDefault="00000000">
      <w:sdt>
        <w:sdtPr>
          <w:id w:val="1265193475"/>
          <w14:checkbox>
            <w14:checked w14:val="0"/>
            <w14:checkedState w14:val="221A" w14:font="Univers"/>
            <w14:uncheckedState w14:val="2610" w14:font="MS Gothic"/>
          </w14:checkbox>
        </w:sdtPr>
        <w:sdtContent>
          <w:r w:rsidR="006D172C">
            <w:rPr>
              <w:rFonts w:ascii="MS Gothic" w:eastAsia="MS Gothic" w:hAnsi="MS Gothic" w:hint="eastAsia"/>
            </w:rPr>
            <w:t>☐</w:t>
          </w:r>
        </w:sdtContent>
      </w:sdt>
      <w:r w:rsidR="006D172C">
        <w:t xml:space="preserve"> </w:t>
      </w:r>
      <w:r w:rsidR="00FF14C7">
        <w:t>I understand that participation in the TIRF Influencer Program is entirely voluntary.</w:t>
      </w:r>
    </w:p>
    <w:p w14:paraId="49F133E2" w14:textId="6F4B22BA" w:rsidR="00A31428" w:rsidRDefault="00000000">
      <w:sdt>
        <w:sdtPr>
          <w:id w:val="464009931"/>
          <w14:checkbox>
            <w14:checked w14:val="0"/>
            <w14:checkedState w14:val="221A" w14:font="Univers"/>
            <w14:uncheckedState w14:val="2610" w14:font="MS Gothic"/>
          </w14:checkbox>
        </w:sdtPr>
        <w:sdtContent>
          <w:r w:rsidR="006D172C">
            <w:rPr>
              <w:rFonts w:ascii="MS Gothic" w:eastAsia="MS Gothic" w:hAnsi="MS Gothic" w:hint="eastAsia"/>
            </w:rPr>
            <w:t>☐</w:t>
          </w:r>
        </w:sdtContent>
      </w:sdt>
      <w:r w:rsidR="006D172C">
        <w:t xml:space="preserve"> </w:t>
      </w:r>
      <w:r w:rsidR="00FF14C7">
        <w:t>I understand that I may stop participating at any time.</w:t>
      </w:r>
    </w:p>
    <w:p w14:paraId="45605040" w14:textId="007A2216" w:rsidR="00A31428" w:rsidRDefault="00000000">
      <w:sdt>
        <w:sdtPr>
          <w:id w:val="-2111114040"/>
          <w14:checkbox>
            <w14:checked w14:val="0"/>
            <w14:checkedState w14:val="221A" w14:font="Univers"/>
            <w14:uncheckedState w14:val="2610" w14:font="MS Gothic"/>
          </w14:checkbox>
        </w:sdtPr>
        <w:sdtContent>
          <w:r w:rsidR="006D172C">
            <w:rPr>
              <w:rFonts w:ascii="MS Gothic" w:eastAsia="MS Gothic" w:hAnsi="MS Gothic" w:hint="eastAsia"/>
            </w:rPr>
            <w:t>☐</w:t>
          </w:r>
        </w:sdtContent>
      </w:sdt>
      <w:r w:rsidR="00FF14C7">
        <w:t xml:space="preserve"> I understand that becoming a TIRF Influencer does not make me an official representative, employee, Trustee, or member of TIRF.</w:t>
      </w:r>
    </w:p>
    <w:p w14:paraId="1AF3775A" w14:textId="2D4254E9" w:rsidR="00A31428" w:rsidRDefault="00000000">
      <w:sdt>
        <w:sdtPr>
          <w:id w:val="1871186802"/>
          <w14:checkbox>
            <w14:checked w14:val="0"/>
            <w14:checkedState w14:val="221A" w14:font="Univers"/>
            <w14:uncheckedState w14:val="2610" w14:font="MS Gothic"/>
          </w14:checkbox>
        </w:sdtPr>
        <w:sdtContent>
          <w:r w:rsidR="006D172C">
            <w:rPr>
              <w:rFonts w:ascii="MS Gothic" w:eastAsia="MS Gothic" w:hAnsi="MS Gothic" w:hint="eastAsia"/>
            </w:rPr>
            <w:t>☐</w:t>
          </w:r>
        </w:sdtContent>
      </w:sdt>
      <w:r w:rsidR="00FF14C7">
        <w:t xml:space="preserve"> I agree to communicate about TIRF in a professional, respectful, evidence-informed, and mission-focused manner.</w:t>
      </w:r>
    </w:p>
    <w:p w14:paraId="093671D8" w14:textId="5AAB5664" w:rsidR="00A31428" w:rsidRDefault="00000000">
      <w:sdt>
        <w:sdtPr>
          <w:id w:val="2031757640"/>
          <w14:checkbox>
            <w14:checked w14:val="0"/>
            <w14:checkedState w14:val="221A" w14:font="Univers"/>
            <w14:uncheckedState w14:val="2610" w14:font="MS Gothic"/>
          </w14:checkbox>
        </w:sdtPr>
        <w:sdtContent>
          <w:r w:rsidR="00E81B92">
            <w:rPr>
              <w:rFonts w:ascii="MS Gothic" w:eastAsia="MS Gothic" w:hAnsi="MS Gothic" w:hint="eastAsia"/>
            </w:rPr>
            <w:t>☐</w:t>
          </w:r>
        </w:sdtContent>
      </w:sdt>
      <w:r w:rsidR="00FF14C7">
        <w:t xml:space="preserve"> I consent to TIRF contacting me about the TIRF Influencer Program.</w:t>
      </w:r>
    </w:p>
    <w:p w14:paraId="08BA1D26" w14:textId="6D51E4CF" w:rsidR="00A31428" w:rsidRDefault="00000000">
      <w:r>
        <w:br/>
        <w:t xml:space="preserve">Signature: </w:t>
      </w:r>
      <w:sdt>
        <w:sdtPr>
          <w:alias w:val="E-Signature"/>
          <w:tag w:val="E-Signature"/>
          <w:id w:val="-1878765180"/>
          <w:placeholder>
            <w:docPart w:val="DefaultPlaceholder_-1854013440"/>
          </w:placeholder>
        </w:sdtPr>
        <w:sdtContent>
          <w:r w:rsidR="007400B1">
            <w:t>Click here to enter your E-signature</w:t>
          </w:r>
        </w:sdtContent>
      </w:sdt>
      <w:r>
        <w:t xml:space="preserve">   Date: </w:t>
      </w:r>
      <w:sdt>
        <w:sdtPr>
          <w:alias w:val="date"/>
          <w:tag w:val="date"/>
          <w:id w:val="-1911993388"/>
          <w:placeholder>
            <w:docPart w:val="DefaultPlaceholder_-1854013440"/>
          </w:placeholder>
        </w:sdtPr>
        <w:sdtContent>
          <w:r w:rsidR="007400B1">
            <w:t>Click here to enter the date</w:t>
          </w:r>
        </w:sdtContent>
      </w:sdt>
    </w:p>
    <w:p w14:paraId="66FCFEB0" w14:textId="77777777" w:rsidR="00A31428" w:rsidRDefault="00000000">
      <w:pPr>
        <w:pStyle w:val="Heading1"/>
      </w:pPr>
      <w:r>
        <w:t>Apply Online</w:t>
      </w:r>
    </w:p>
    <w:p w14:paraId="12C39582" w14:textId="639281DC" w:rsidR="00A31428" w:rsidRDefault="005477F4">
      <w:r>
        <w:t>Submit</w:t>
      </w:r>
      <w:r w:rsidR="00000000">
        <w:t xml:space="preserve"> </w:t>
      </w:r>
      <w:r>
        <w:t xml:space="preserve">your </w:t>
      </w:r>
      <w:r w:rsidR="00000000">
        <w:t>application at:</w:t>
      </w:r>
      <w:r>
        <w:t xml:space="preserve"> </w:t>
      </w:r>
      <w:hyperlink r:id="rId8" w:history="1">
        <w:r w:rsidRPr="00D418B3">
          <w:rPr>
            <w:rStyle w:val="Hyperlink"/>
          </w:rPr>
          <w:t>https://www.tirfonline.org/application-submission/</w:t>
        </w:r>
      </w:hyperlink>
      <w:r>
        <w:t xml:space="preserve"> </w:t>
      </w:r>
      <w:r w:rsidR="00000000">
        <w:br/>
      </w:r>
    </w:p>
    <w:sectPr w:rsidR="00A31428" w:rsidSect="00034616">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DCCF3" w14:textId="77777777" w:rsidR="0004243B" w:rsidRDefault="0004243B">
      <w:pPr>
        <w:spacing w:after="0" w:line="240" w:lineRule="auto"/>
      </w:pPr>
      <w:r>
        <w:separator/>
      </w:r>
    </w:p>
  </w:endnote>
  <w:endnote w:type="continuationSeparator" w:id="0">
    <w:p w14:paraId="5A1FCAE5" w14:textId="77777777" w:rsidR="0004243B" w:rsidRDefault="00042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E730" w14:textId="77777777" w:rsidR="00FF14C7" w:rsidRPr="005477F4" w:rsidRDefault="00FF14C7" w:rsidP="00FF14C7">
    <w:pPr>
      <w:pStyle w:val="Footer"/>
      <w:pBdr>
        <w:bottom w:val="single" w:sz="12" w:space="1" w:color="auto"/>
      </w:pBdr>
      <w:ind w:right="360"/>
      <w:jc w:val="right"/>
      <w:rPr>
        <w:rStyle w:val="PageNumber"/>
        <w:lang w:val="sv-SE"/>
      </w:rPr>
    </w:pPr>
    <w:r w:rsidRPr="00C349D3">
      <w:rPr>
        <w:rStyle w:val="PageNumber"/>
      </w:rPr>
      <w:fldChar w:fldCharType="begin"/>
    </w:r>
    <w:r w:rsidRPr="005477F4">
      <w:rPr>
        <w:rStyle w:val="PageNumber"/>
        <w:lang w:val="sv-SE"/>
      </w:rPr>
      <w:instrText xml:space="preserve"> PAGE   \* MERGEFORMAT </w:instrText>
    </w:r>
    <w:r w:rsidRPr="00C349D3">
      <w:rPr>
        <w:rStyle w:val="PageNumber"/>
      </w:rPr>
      <w:fldChar w:fldCharType="separate"/>
    </w:r>
    <w:r w:rsidRPr="005477F4">
      <w:rPr>
        <w:rStyle w:val="PageNumber"/>
        <w:lang w:val="sv-SE"/>
      </w:rPr>
      <w:t>1</w:t>
    </w:r>
    <w:r w:rsidRPr="00C349D3">
      <w:rPr>
        <w:rStyle w:val="PageNumber"/>
      </w:rPr>
      <w:fldChar w:fldCharType="end"/>
    </w:r>
    <w:bookmarkStart w:id="0" w:name="_Hlk210691216"/>
  </w:p>
  <w:p w14:paraId="71D7F394" w14:textId="77777777" w:rsidR="00FF14C7" w:rsidRPr="005477F4" w:rsidRDefault="00FF14C7" w:rsidP="00FF14C7">
    <w:pPr>
      <w:pStyle w:val="Footer"/>
      <w:ind w:right="360"/>
      <w:jc w:val="right"/>
      <w:rPr>
        <w:rStyle w:val="PageNumber"/>
        <w:color w:val="000080"/>
        <w:lang w:val="sv-SE"/>
      </w:rPr>
    </w:pPr>
    <w:r w:rsidRPr="005477F4">
      <w:rPr>
        <w:rStyle w:val="PageNumber"/>
        <w:color w:val="000080"/>
        <w:lang w:val="sv-SE"/>
      </w:rPr>
      <w:t>PO Box 332, Interlochen, MI, USA 49643-0332</w:t>
    </w:r>
  </w:p>
  <w:p w14:paraId="737F1929" w14:textId="17D41FD9" w:rsidR="00A31428" w:rsidRPr="00FF14C7" w:rsidRDefault="00FF14C7" w:rsidP="00FF14C7">
    <w:pPr>
      <w:pStyle w:val="Footer"/>
      <w:ind w:right="360"/>
      <w:jc w:val="right"/>
    </w:pPr>
    <w:r w:rsidRPr="003D129C">
      <w:rPr>
        <w:rStyle w:val="PageNumber"/>
        <w:b/>
        <w:color w:val="000080"/>
      </w:rPr>
      <w:t xml:space="preserve">Web: </w:t>
    </w:r>
    <w:r w:rsidRPr="003D129C">
      <w:rPr>
        <w:rStyle w:val="PageNumber"/>
        <w:color w:val="000080"/>
      </w:rPr>
      <w:t xml:space="preserve">www.tirfonline.org </w:t>
    </w:r>
    <w:r w:rsidRPr="003D129C">
      <w:rPr>
        <w:rStyle w:val="PageNumber"/>
        <w:b/>
        <w:color w:val="000080"/>
      </w:rPr>
      <w:t xml:space="preserve">/ Email: </w:t>
    </w:r>
    <w:r w:rsidRPr="003D129C">
      <w:rPr>
        <w:rStyle w:val="PageNumber"/>
        <w:color w:val="000080"/>
      </w:rPr>
      <w:t>info@tirfonline.org</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CB112" w14:textId="77777777" w:rsidR="0004243B" w:rsidRDefault="0004243B">
      <w:pPr>
        <w:spacing w:after="0" w:line="240" w:lineRule="auto"/>
      </w:pPr>
      <w:r>
        <w:separator/>
      </w:r>
    </w:p>
  </w:footnote>
  <w:footnote w:type="continuationSeparator" w:id="0">
    <w:p w14:paraId="05A33C46" w14:textId="77777777" w:rsidR="0004243B" w:rsidRDefault="00042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7ABBB" w14:textId="7A23E2A4" w:rsidR="00FF14C7" w:rsidRDefault="00FF14C7">
    <w:pPr>
      <w:pStyle w:val="Header"/>
    </w:pPr>
    <w:r>
      <w:rPr>
        <w:noProof/>
      </w:rPr>
      <w:drawing>
        <wp:anchor distT="0" distB="0" distL="114300" distR="114300" simplePos="0" relativeHeight="251658240" behindDoc="1" locked="0" layoutInCell="1" allowOverlap="1" wp14:anchorId="590CCBE1" wp14:editId="0B735F8A">
          <wp:simplePos x="0" y="0"/>
          <wp:positionH relativeFrom="margin">
            <wp:posOffset>-914400</wp:posOffset>
          </wp:positionH>
          <wp:positionV relativeFrom="paragraph">
            <wp:posOffset>-311150</wp:posOffset>
          </wp:positionV>
          <wp:extent cx="2487168" cy="502920"/>
          <wp:effectExtent l="0" t="0" r="8890" b="0"/>
          <wp:wrapNone/>
          <wp:docPr id="1316178053"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7168" cy="5029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03750014">
    <w:abstractNumId w:val="8"/>
  </w:num>
  <w:num w:numId="2" w16cid:durableId="316228577">
    <w:abstractNumId w:val="6"/>
  </w:num>
  <w:num w:numId="3" w16cid:durableId="1949699830">
    <w:abstractNumId w:val="5"/>
  </w:num>
  <w:num w:numId="4" w16cid:durableId="1214806613">
    <w:abstractNumId w:val="4"/>
  </w:num>
  <w:num w:numId="5" w16cid:durableId="1802379577">
    <w:abstractNumId w:val="7"/>
  </w:num>
  <w:num w:numId="6" w16cid:durableId="1663506223">
    <w:abstractNumId w:val="3"/>
  </w:num>
  <w:num w:numId="7" w16cid:durableId="1170294070">
    <w:abstractNumId w:val="2"/>
  </w:num>
  <w:num w:numId="8" w16cid:durableId="2130009574">
    <w:abstractNumId w:val="1"/>
  </w:num>
  <w:num w:numId="9" w16cid:durableId="774134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11E"/>
    <w:rsid w:val="00025D0B"/>
    <w:rsid w:val="00034616"/>
    <w:rsid w:val="0004243B"/>
    <w:rsid w:val="0006063C"/>
    <w:rsid w:val="000B2219"/>
    <w:rsid w:val="00150423"/>
    <w:rsid w:val="0015074B"/>
    <w:rsid w:val="00225447"/>
    <w:rsid w:val="0029639D"/>
    <w:rsid w:val="00301B24"/>
    <w:rsid w:val="00326F90"/>
    <w:rsid w:val="00436D4D"/>
    <w:rsid w:val="004A048A"/>
    <w:rsid w:val="004B53EE"/>
    <w:rsid w:val="004C6997"/>
    <w:rsid w:val="00540097"/>
    <w:rsid w:val="0054152E"/>
    <w:rsid w:val="005477F4"/>
    <w:rsid w:val="005B4159"/>
    <w:rsid w:val="00606F07"/>
    <w:rsid w:val="006831EC"/>
    <w:rsid w:val="006B434A"/>
    <w:rsid w:val="006D172C"/>
    <w:rsid w:val="006D2281"/>
    <w:rsid w:val="007400B1"/>
    <w:rsid w:val="00774EA6"/>
    <w:rsid w:val="008232C1"/>
    <w:rsid w:val="00844E0C"/>
    <w:rsid w:val="008723CB"/>
    <w:rsid w:val="008B2AFB"/>
    <w:rsid w:val="008D7512"/>
    <w:rsid w:val="008F0DC1"/>
    <w:rsid w:val="0092390A"/>
    <w:rsid w:val="00982B6C"/>
    <w:rsid w:val="009C4E3D"/>
    <w:rsid w:val="009F2B34"/>
    <w:rsid w:val="00A2362E"/>
    <w:rsid w:val="00A238F2"/>
    <w:rsid w:val="00A27F14"/>
    <w:rsid w:val="00A31428"/>
    <w:rsid w:val="00A33F41"/>
    <w:rsid w:val="00A5374F"/>
    <w:rsid w:val="00A662AD"/>
    <w:rsid w:val="00A7260D"/>
    <w:rsid w:val="00A742F8"/>
    <w:rsid w:val="00AA1D8D"/>
    <w:rsid w:val="00B42B63"/>
    <w:rsid w:val="00B47730"/>
    <w:rsid w:val="00B86CCC"/>
    <w:rsid w:val="00C23428"/>
    <w:rsid w:val="00C474BD"/>
    <w:rsid w:val="00C53EF2"/>
    <w:rsid w:val="00C731C2"/>
    <w:rsid w:val="00CB0664"/>
    <w:rsid w:val="00D64BEE"/>
    <w:rsid w:val="00DD4EDD"/>
    <w:rsid w:val="00E54B64"/>
    <w:rsid w:val="00E81B92"/>
    <w:rsid w:val="00E85D1C"/>
    <w:rsid w:val="00F01A8C"/>
    <w:rsid w:val="00F12AB8"/>
    <w:rsid w:val="00F9004E"/>
    <w:rsid w:val="00FC693F"/>
    <w:rsid w:val="00FD34B3"/>
    <w:rsid w:val="00FE2CA2"/>
    <w:rsid w:val="00FF1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0273E8"/>
  <w14:defaultImageDpi w14:val="330"/>
  <w15:docId w15:val="{E686D5F4-8028-4F82-90EC-81441BFE7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rsid w:val="00FF14C7"/>
  </w:style>
  <w:style w:type="character" w:styleId="PlaceholderText">
    <w:name w:val="Placeholder Text"/>
    <w:basedOn w:val="DefaultParagraphFont"/>
    <w:uiPriority w:val="99"/>
    <w:semiHidden/>
    <w:rsid w:val="00606F07"/>
    <w:rPr>
      <w:color w:val="666666"/>
    </w:rPr>
  </w:style>
  <w:style w:type="character" w:styleId="Hyperlink">
    <w:name w:val="Hyperlink"/>
    <w:basedOn w:val="DefaultParagraphFont"/>
    <w:uiPriority w:val="99"/>
    <w:unhideWhenUsed/>
    <w:rsid w:val="005477F4"/>
    <w:rPr>
      <w:color w:val="0000FF" w:themeColor="hyperlink"/>
      <w:u w:val="single"/>
    </w:rPr>
  </w:style>
  <w:style w:type="character" w:styleId="UnresolvedMention">
    <w:name w:val="Unresolved Mention"/>
    <w:basedOn w:val="DefaultParagraphFont"/>
    <w:uiPriority w:val="99"/>
    <w:semiHidden/>
    <w:unhideWhenUsed/>
    <w:rsid w:val="005477F4"/>
    <w:rPr>
      <w:color w:val="605E5C"/>
      <w:shd w:val="clear" w:color="auto" w:fill="E1DFDD"/>
    </w:rPr>
  </w:style>
  <w:style w:type="character" w:styleId="CommentReference">
    <w:name w:val="annotation reference"/>
    <w:basedOn w:val="DefaultParagraphFont"/>
    <w:uiPriority w:val="99"/>
    <w:semiHidden/>
    <w:unhideWhenUsed/>
    <w:rsid w:val="005477F4"/>
    <w:rPr>
      <w:sz w:val="16"/>
      <w:szCs w:val="16"/>
    </w:rPr>
  </w:style>
  <w:style w:type="paragraph" w:styleId="CommentText">
    <w:name w:val="annotation text"/>
    <w:basedOn w:val="Normal"/>
    <w:link w:val="CommentTextChar"/>
    <w:uiPriority w:val="99"/>
    <w:semiHidden/>
    <w:unhideWhenUsed/>
    <w:rsid w:val="005477F4"/>
    <w:pPr>
      <w:spacing w:line="240" w:lineRule="auto"/>
    </w:pPr>
    <w:rPr>
      <w:sz w:val="20"/>
      <w:szCs w:val="20"/>
    </w:rPr>
  </w:style>
  <w:style w:type="character" w:customStyle="1" w:styleId="CommentTextChar">
    <w:name w:val="Comment Text Char"/>
    <w:basedOn w:val="DefaultParagraphFont"/>
    <w:link w:val="CommentText"/>
    <w:uiPriority w:val="99"/>
    <w:semiHidden/>
    <w:rsid w:val="005477F4"/>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5477F4"/>
    <w:rPr>
      <w:b/>
      <w:bCs/>
    </w:rPr>
  </w:style>
  <w:style w:type="character" w:customStyle="1" w:styleId="CommentSubjectChar">
    <w:name w:val="Comment Subject Char"/>
    <w:basedOn w:val="CommentTextChar"/>
    <w:link w:val="CommentSubject"/>
    <w:uiPriority w:val="99"/>
    <w:semiHidden/>
    <w:rsid w:val="005477F4"/>
    <w:rPr>
      <w:rFonts w:ascii="Calibri" w:eastAsia="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rfonline.org/application-submiss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4EC1AEBEFF41CEB290155A9CA2A0AC"/>
        <w:category>
          <w:name w:val="General"/>
          <w:gallery w:val="placeholder"/>
        </w:category>
        <w:types>
          <w:type w:val="bbPlcHdr"/>
        </w:types>
        <w:behaviors>
          <w:behavior w:val="content"/>
        </w:behaviors>
        <w:guid w:val="{02C06CC5-98B3-4999-B320-23862FC8C260}"/>
      </w:docPartPr>
      <w:docPartBody>
        <w:p w:rsidR="00AB167E" w:rsidRDefault="00370363" w:rsidP="00370363">
          <w:pPr>
            <w:pStyle w:val="8C4EC1AEBEFF41CEB290155A9CA2A0AC1"/>
          </w:pPr>
          <w:r w:rsidRPr="00C23428">
            <w:rPr>
              <w:rStyle w:val="PlaceholderText"/>
            </w:rPr>
            <w:t>Click to enter your full name</w:t>
          </w:r>
        </w:p>
      </w:docPartBody>
    </w:docPart>
    <w:docPart>
      <w:docPartPr>
        <w:name w:val="091176B089354926A74D998ECB58FA91"/>
        <w:category>
          <w:name w:val="General"/>
          <w:gallery w:val="placeholder"/>
        </w:category>
        <w:types>
          <w:type w:val="bbPlcHdr"/>
        </w:types>
        <w:behaviors>
          <w:behavior w:val="content"/>
        </w:behaviors>
        <w:guid w:val="{AA9165AA-03B9-45EF-B1C9-69F85826BF8B}"/>
      </w:docPartPr>
      <w:docPartBody>
        <w:p w:rsidR="00AB167E" w:rsidRDefault="00370363" w:rsidP="00370363">
          <w:pPr>
            <w:pStyle w:val="091176B089354926A74D998ECB58FA911"/>
          </w:pPr>
          <w:r w:rsidRPr="00C23428">
            <w:rPr>
              <w:rStyle w:val="PlaceholderText"/>
            </w:rPr>
            <w:t>Click to enter your preferred name (if any)</w:t>
          </w:r>
        </w:p>
      </w:docPartBody>
    </w:docPart>
    <w:docPart>
      <w:docPartPr>
        <w:name w:val="E68CED9CFDD1433FA73BB084DF9951E3"/>
        <w:category>
          <w:name w:val="General"/>
          <w:gallery w:val="placeholder"/>
        </w:category>
        <w:types>
          <w:type w:val="bbPlcHdr"/>
        </w:types>
        <w:behaviors>
          <w:behavior w:val="content"/>
        </w:behaviors>
        <w:guid w:val="{DF1D8E6D-249E-4BFF-9776-A2B0A41580A5}"/>
      </w:docPartPr>
      <w:docPartBody>
        <w:p w:rsidR="00AB167E" w:rsidRDefault="00370363" w:rsidP="00370363">
          <w:pPr>
            <w:pStyle w:val="E68CED9CFDD1433FA73BB084DF9951E31"/>
          </w:pPr>
          <w:r>
            <w:rPr>
              <w:rStyle w:val="PlaceholderText"/>
            </w:rPr>
            <w:t>Click to e</w:t>
          </w:r>
          <w:r w:rsidRPr="006B434A">
            <w:rPr>
              <w:rStyle w:val="PlaceholderText"/>
            </w:rPr>
            <w:t>nter your</w:t>
          </w:r>
          <w:r>
            <w:rPr>
              <w:rStyle w:val="PlaceholderText"/>
            </w:rPr>
            <w:t xml:space="preserve"> professional title</w:t>
          </w:r>
        </w:p>
      </w:docPartBody>
    </w:docPart>
    <w:docPart>
      <w:docPartPr>
        <w:name w:val="D802099BC674467786B65378AD081468"/>
        <w:category>
          <w:name w:val="General"/>
          <w:gallery w:val="placeholder"/>
        </w:category>
        <w:types>
          <w:type w:val="bbPlcHdr"/>
        </w:types>
        <w:behaviors>
          <w:behavior w:val="content"/>
        </w:behaviors>
        <w:guid w:val="{0F1F862E-3670-4E9C-95CA-0189BFBFB2C9}"/>
      </w:docPartPr>
      <w:docPartBody>
        <w:p w:rsidR="00AB167E" w:rsidRDefault="00370363" w:rsidP="00370363">
          <w:pPr>
            <w:pStyle w:val="D802099BC674467786B65378AD0814681"/>
          </w:pPr>
          <w:r>
            <w:rPr>
              <w:rStyle w:val="PlaceholderText"/>
            </w:rPr>
            <w:t>Click to e</w:t>
          </w:r>
          <w:r w:rsidRPr="006B434A">
            <w:rPr>
              <w:rStyle w:val="PlaceholderText"/>
            </w:rPr>
            <w:t xml:space="preserve">nter your </w:t>
          </w:r>
          <w:r>
            <w:rPr>
              <w:rStyle w:val="PlaceholderText"/>
            </w:rPr>
            <w:t>current affiliation or organization</w:t>
          </w:r>
        </w:p>
      </w:docPartBody>
    </w:docPart>
    <w:docPart>
      <w:docPartPr>
        <w:name w:val="F5D937E34E5F4BD188EF06C723C58624"/>
        <w:category>
          <w:name w:val="General"/>
          <w:gallery w:val="placeholder"/>
        </w:category>
        <w:types>
          <w:type w:val="bbPlcHdr"/>
        </w:types>
        <w:behaviors>
          <w:behavior w:val="content"/>
        </w:behaviors>
        <w:guid w:val="{8B3C0FE0-B0D7-4B60-959B-80D5B84379A2}"/>
      </w:docPartPr>
      <w:docPartBody>
        <w:p w:rsidR="00AB167E" w:rsidRDefault="00370363" w:rsidP="00370363">
          <w:pPr>
            <w:pStyle w:val="F5D937E34E5F4BD188EF06C723C586241"/>
          </w:pPr>
          <w:r>
            <w:rPr>
              <w:rStyle w:val="PlaceholderText"/>
            </w:rPr>
            <w:t>Click to e</w:t>
          </w:r>
          <w:r w:rsidRPr="006B434A">
            <w:rPr>
              <w:rStyle w:val="PlaceholderText"/>
            </w:rPr>
            <w:t>nter your</w:t>
          </w:r>
          <w:r>
            <w:rPr>
              <w:rStyle w:val="PlaceholderText"/>
            </w:rPr>
            <w:t xml:space="preserve"> email address</w:t>
          </w:r>
        </w:p>
      </w:docPartBody>
    </w:docPart>
    <w:docPart>
      <w:docPartPr>
        <w:name w:val="D8A03FE629B54707A06DF17E1EC730E5"/>
        <w:category>
          <w:name w:val="General"/>
          <w:gallery w:val="placeholder"/>
        </w:category>
        <w:types>
          <w:type w:val="bbPlcHdr"/>
        </w:types>
        <w:behaviors>
          <w:behavior w:val="content"/>
        </w:behaviors>
        <w:guid w:val="{AE024712-4722-43F3-A414-F4FC8CD83910}"/>
      </w:docPartPr>
      <w:docPartBody>
        <w:p w:rsidR="00AB167E" w:rsidRDefault="00370363" w:rsidP="00370363">
          <w:pPr>
            <w:pStyle w:val="D8A03FE629B54707A06DF17E1EC730E51"/>
          </w:pPr>
          <w:r>
            <w:rPr>
              <w:rStyle w:val="PlaceholderText"/>
            </w:rPr>
            <w:t>Click to e</w:t>
          </w:r>
          <w:r w:rsidRPr="006B434A">
            <w:rPr>
              <w:rStyle w:val="PlaceholderText"/>
            </w:rPr>
            <w:t>nter your</w:t>
          </w:r>
          <w:r>
            <w:rPr>
              <w:rStyle w:val="PlaceholderText"/>
            </w:rPr>
            <w:t xml:space="preserve"> country or territory</w:t>
          </w:r>
        </w:p>
      </w:docPartBody>
    </w:docPart>
    <w:docPart>
      <w:docPartPr>
        <w:name w:val="DD3B52EC54B1444499FC99ECE304F8C0"/>
        <w:category>
          <w:name w:val="General"/>
          <w:gallery w:val="placeholder"/>
        </w:category>
        <w:types>
          <w:type w:val="bbPlcHdr"/>
        </w:types>
        <w:behaviors>
          <w:behavior w:val="content"/>
        </w:behaviors>
        <w:guid w:val="{093F7B19-D664-475F-9AAB-DC656583EBD8}"/>
      </w:docPartPr>
      <w:docPartBody>
        <w:p w:rsidR="00AB167E" w:rsidRDefault="00370363" w:rsidP="00370363">
          <w:pPr>
            <w:pStyle w:val="DD3B52EC54B1444499FC99ECE304F8C01"/>
          </w:pPr>
          <w:r>
            <w:rPr>
              <w:rStyle w:val="PlaceholderText"/>
            </w:rPr>
            <w:t>Click to e</w:t>
          </w:r>
          <w:r w:rsidRPr="006B434A">
            <w:rPr>
              <w:rStyle w:val="PlaceholderText"/>
            </w:rPr>
            <w:t>nter your</w:t>
          </w:r>
          <w:r>
            <w:rPr>
              <w:rStyle w:val="PlaceholderText"/>
            </w:rPr>
            <w:t xml:space="preserve"> LinkedIn Profile page link</w:t>
          </w:r>
        </w:p>
      </w:docPartBody>
    </w:docPart>
    <w:docPart>
      <w:docPartPr>
        <w:name w:val="1E15687DBC9D4568BC6D4D05372502A6"/>
        <w:category>
          <w:name w:val="General"/>
          <w:gallery w:val="placeholder"/>
        </w:category>
        <w:types>
          <w:type w:val="bbPlcHdr"/>
        </w:types>
        <w:behaviors>
          <w:behavior w:val="content"/>
        </w:behaviors>
        <w:guid w:val="{9AC85E8A-2063-4680-A08F-35567B2107E0}"/>
      </w:docPartPr>
      <w:docPartBody>
        <w:p w:rsidR="00AB167E" w:rsidRDefault="00370363" w:rsidP="00370363">
          <w:pPr>
            <w:pStyle w:val="1E15687DBC9D4568BC6D4D05372502A61"/>
          </w:pPr>
          <w:r>
            <w:rPr>
              <w:rStyle w:val="PlaceholderText"/>
            </w:rPr>
            <w:t>Click to e</w:t>
          </w:r>
          <w:r w:rsidRPr="006B434A">
            <w:rPr>
              <w:rStyle w:val="PlaceholderText"/>
            </w:rPr>
            <w:t>nter your</w:t>
          </w:r>
          <w:r>
            <w:rPr>
              <w:rStyle w:val="PlaceholderText"/>
            </w:rPr>
            <w:t xml:space="preserve"> Facebook Profile page link</w:t>
          </w:r>
        </w:p>
      </w:docPartBody>
    </w:docPart>
    <w:docPart>
      <w:docPartPr>
        <w:name w:val="D707A285EDFA47F2B395FE3A71620902"/>
        <w:category>
          <w:name w:val="General"/>
          <w:gallery w:val="placeholder"/>
        </w:category>
        <w:types>
          <w:type w:val="bbPlcHdr"/>
        </w:types>
        <w:behaviors>
          <w:behavior w:val="content"/>
        </w:behaviors>
        <w:guid w:val="{AAA986C1-FD60-4A7A-BC46-0DD66E17159E}"/>
      </w:docPartPr>
      <w:docPartBody>
        <w:p w:rsidR="00AB167E" w:rsidRDefault="00370363" w:rsidP="00370363">
          <w:pPr>
            <w:pStyle w:val="D707A285EDFA47F2B395FE3A716209021"/>
          </w:pPr>
          <w:r>
            <w:rPr>
              <w:rStyle w:val="PlaceholderText"/>
            </w:rPr>
            <w:t>Click to e</w:t>
          </w:r>
          <w:r w:rsidRPr="006B434A">
            <w:rPr>
              <w:rStyle w:val="PlaceholderText"/>
            </w:rPr>
            <w:t>nter your</w:t>
          </w:r>
          <w:r>
            <w:rPr>
              <w:rStyle w:val="PlaceholderText"/>
            </w:rPr>
            <w:t xml:space="preserve"> other professional social media page link(s) </w:t>
          </w:r>
        </w:p>
      </w:docPartBody>
    </w:docPart>
    <w:docPart>
      <w:docPartPr>
        <w:name w:val="03C2189C47054A019E897BDB2B942CB4"/>
        <w:category>
          <w:name w:val="General"/>
          <w:gallery w:val="placeholder"/>
        </w:category>
        <w:types>
          <w:type w:val="bbPlcHdr"/>
        </w:types>
        <w:behaviors>
          <w:behavior w:val="content"/>
        </w:behaviors>
        <w:guid w:val="{D949B025-9B42-4CC8-9CB5-F1A1FA157F32}"/>
      </w:docPartPr>
      <w:docPartBody>
        <w:p w:rsidR="00AB167E" w:rsidRDefault="00370363" w:rsidP="00370363">
          <w:pPr>
            <w:pStyle w:val="03C2189C47054A019E897BDB2B942CB41"/>
          </w:pPr>
          <w:r>
            <w:rPr>
              <w:rStyle w:val="PlaceholderText"/>
            </w:rPr>
            <w:t>Click to e</w:t>
          </w:r>
          <w:r w:rsidRPr="006B434A">
            <w:rPr>
              <w:rStyle w:val="PlaceholderText"/>
            </w:rPr>
            <w:t>nter your</w:t>
          </w:r>
          <w:r>
            <w:rPr>
              <w:rStyle w:val="PlaceholderText"/>
            </w:rPr>
            <w:t xml:space="preserve"> other professional site(s)</w:t>
          </w:r>
        </w:p>
      </w:docPartBody>
    </w:docPart>
    <w:docPart>
      <w:docPartPr>
        <w:name w:val="DefaultPlaceholder_-1854013440"/>
        <w:category>
          <w:name w:val="General"/>
          <w:gallery w:val="placeholder"/>
        </w:category>
        <w:types>
          <w:type w:val="bbPlcHdr"/>
        </w:types>
        <w:behaviors>
          <w:behavior w:val="content"/>
        </w:behaviors>
        <w:guid w:val="{B10F8814-0970-4AA3-A57B-4270F641B084}"/>
      </w:docPartPr>
      <w:docPartBody>
        <w:p w:rsidR="00370363" w:rsidRDefault="00AB167E">
          <w:r w:rsidRPr="006748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999"/>
    <w:rsid w:val="00065999"/>
    <w:rsid w:val="001E445D"/>
    <w:rsid w:val="00370363"/>
    <w:rsid w:val="005F4C91"/>
    <w:rsid w:val="006D2281"/>
    <w:rsid w:val="0092390A"/>
    <w:rsid w:val="00A662AD"/>
    <w:rsid w:val="00AB167E"/>
    <w:rsid w:val="00B86CCC"/>
    <w:rsid w:val="00D221F5"/>
    <w:rsid w:val="00FD36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0363"/>
    <w:rPr>
      <w:color w:val="666666"/>
    </w:rPr>
  </w:style>
  <w:style w:type="paragraph" w:customStyle="1" w:styleId="8C4EC1AEBEFF41CEB290155A9CA2A0AC1">
    <w:name w:val="8C4EC1AEBEFF41CEB290155A9CA2A0AC1"/>
    <w:rsid w:val="00370363"/>
    <w:pPr>
      <w:spacing w:after="200" w:line="276" w:lineRule="auto"/>
    </w:pPr>
    <w:rPr>
      <w:rFonts w:ascii="Calibri" w:eastAsia="Calibri" w:hAnsi="Calibri"/>
      <w:kern w:val="0"/>
      <w:sz w:val="22"/>
      <w:szCs w:val="22"/>
      <w:lang w:eastAsia="en-US"/>
      <w14:ligatures w14:val="none"/>
    </w:rPr>
  </w:style>
  <w:style w:type="paragraph" w:customStyle="1" w:styleId="091176B089354926A74D998ECB58FA911">
    <w:name w:val="091176B089354926A74D998ECB58FA911"/>
    <w:rsid w:val="00370363"/>
    <w:pPr>
      <w:spacing w:after="200" w:line="276" w:lineRule="auto"/>
    </w:pPr>
    <w:rPr>
      <w:rFonts w:ascii="Calibri" w:eastAsia="Calibri" w:hAnsi="Calibri"/>
      <w:kern w:val="0"/>
      <w:sz w:val="22"/>
      <w:szCs w:val="22"/>
      <w:lang w:eastAsia="en-US"/>
      <w14:ligatures w14:val="none"/>
    </w:rPr>
  </w:style>
  <w:style w:type="paragraph" w:customStyle="1" w:styleId="E68CED9CFDD1433FA73BB084DF9951E31">
    <w:name w:val="E68CED9CFDD1433FA73BB084DF9951E31"/>
    <w:rsid w:val="00370363"/>
    <w:pPr>
      <w:spacing w:after="200" w:line="276" w:lineRule="auto"/>
    </w:pPr>
    <w:rPr>
      <w:rFonts w:ascii="Calibri" w:eastAsia="Calibri" w:hAnsi="Calibri"/>
      <w:kern w:val="0"/>
      <w:sz w:val="22"/>
      <w:szCs w:val="22"/>
      <w:lang w:eastAsia="en-US"/>
      <w14:ligatures w14:val="none"/>
    </w:rPr>
  </w:style>
  <w:style w:type="paragraph" w:customStyle="1" w:styleId="D802099BC674467786B65378AD0814681">
    <w:name w:val="D802099BC674467786B65378AD0814681"/>
    <w:rsid w:val="00370363"/>
    <w:pPr>
      <w:spacing w:after="200" w:line="276" w:lineRule="auto"/>
    </w:pPr>
    <w:rPr>
      <w:rFonts w:ascii="Calibri" w:eastAsia="Calibri" w:hAnsi="Calibri"/>
      <w:kern w:val="0"/>
      <w:sz w:val="22"/>
      <w:szCs w:val="22"/>
      <w:lang w:eastAsia="en-US"/>
      <w14:ligatures w14:val="none"/>
    </w:rPr>
  </w:style>
  <w:style w:type="paragraph" w:customStyle="1" w:styleId="F5D937E34E5F4BD188EF06C723C586241">
    <w:name w:val="F5D937E34E5F4BD188EF06C723C586241"/>
    <w:rsid w:val="00370363"/>
    <w:pPr>
      <w:spacing w:after="200" w:line="276" w:lineRule="auto"/>
    </w:pPr>
    <w:rPr>
      <w:rFonts w:ascii="Calibri" w:eastAsia="Calibri" w:hAnsi="Calibri"/>
      <w:kern w:val="0"/>
      <w:sz w:val="22"/>
      <w:szCs w:val="22"/>
      <w:lang w:eastAsia="en-US"/>
      <w14:ligatures w14:val="none"/>
    </w:rPr>
  </w:style>
  <w:style w:type="paragraph" w:customStyle="1" w:styleId="D8A03FE629B54707A06DF17E1EC730E51">
    <w:name w:val="D8A03FE629B54707A06DF17E1EC730E51"/>
    <w:rsid w:val="00370363"/>
    <w:pPr>
      <w:spacing w:after="200" w:line="276" w:lineRule="auto"/>
    </w:pPr>
    <w:rPr>
      <w:rFonts w:ascii="Calibri" w:eastAsia="Calibri" w:hAnsi="Calibri"/>
      <w:kern w:val="0"/>
      <w:sz w:val="22"/>
      <w:szCs w:val="22"/>
      <w:lang w:eastAsia="en-US"/>
      <w14:ligatures w14:val="none"/>
    </w:rPr>
  </w:style>
  <w:style w:type="paragraph" w:customStyle="1" w:styleId="DD3B52EC54B1444499FC99ECE304F8C01">
    <w:name w:val="DD3B52EC54B1444499FC99ECE304F8C01"/>
    <w:rsid w:val="00370363"/>
    <w:pPr>
      <w:spacing w:after="200" w:line="276" w:lineRule="auto"/>
    </w:pPr>
    <w:rPr>
      <w:rFonts w:ascii="Calibri" w:eastAsia="Calibri" w:hAnsi="Calibri"/>
      <w:kern w:val="0"/>
      <w:sz w:val="22"/>
      <w:szCs w:val="22"/>
      <w:lang w:eastAsia="en-US"/>
      <w14:ligatures w14:val="none"/>
    </w:rPr>
  </w:style>
  <w:style w:type="paragraph" w:customStyle="1" w:styleId="1E15687DBC9D4568BC6D4D05372502A61">
    <w:name w:val="1E15687DBC9D4568BC6D4D05372502A61"/>
    <w:rsid w:val="00370363"/>
    <w:pPr>
      <w:spacing w:after="200" w:line="276" w:lineRule="auto"/>
    </w:pPr>
    <w:rPr>
      <w:rFonts w:ascii="Calibri" w:eastAsia="Calibri" w:hAnsi="Calibri"/>
      <w:kern w:val="0"/>
      <w:sz w:val="22"/>
      <w:szCs w:val="22"/>
      <w:lang w:eastAsia="en-US"/>
      <w14:ligatures w14:val="none"/>
    </w:rPr>
  </w:style>
  <w:style w:type="paragraph" w:customStyle="1" w:styleId="D707A285EDFA47F2B395FE3A716209021">
    <w:name w:val="D707A285EDFA47F2B395FE3A716209021"/>
    <w:rsid w:val="00370363"/>
    <w:pPr>
      <w:spacing w:after="200" w:line="276" w:lineRule="auto"/>
    </w:pPr>
    <w:rPr>
      <w:rFonts w:ascii="Calibri" w:eastAsia="Calibri" w:hAnsi="Calibri"/>
      <w:kern w:val="0"/>
      <w:sz w:val="22"/>
      <w:szCs w:val="22"/>
      <w:lang w:eastAsia="en-US"/>
      <w14:ligatures w14:val="none"/>
    </w:rPr>
  </w:style>
  <w:style w:type="paragraph" w:customStyle="1" w:styleId="03C2189C47054A019E897BDB2B942CB41">
    <w:name w:val="03C2189C47054A019E897BDB2B942CB41"/>
    <w:rsid w:val="00370363"/>
    <w:pPr>
      <w:spacing w:after="200" w:line="276" w:lineRule="auto"/>
    </w:pPr>
    <w:rPr>
      <w:rFonts w:ascii="Calibri" w:eastAsia="Calibri" w:hAnsi="Calibr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Ryan Damerow</cp:lastModifiedBy>
  <cp:revision>34</cp:revision>
  <dcterms:created xsi:type="dcterms:W3CDTF">2026-07-16T12:44:00Z</dcterms:created>
  <dcterms:modified xsi:type="dcterms:W3CDTF">2026-07-22T20:57:00Z</dcterms:modified>
  <cp:category/>
</cp:coreProperties>
</file>